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כל מילה בהקשר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להאמין שמשהו טוב יקרה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לעלות לארץ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זמן שאוכלים בו אוכל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תשובה היא מה שעונים על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טיילת הוא מקום שהולכים בו לטייל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מקווים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(להאמין שמשהו טוב יקרה)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(להגיע לארץ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(זמן אכילה משותף)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(מה שרואים מהגובה)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התלמיד.ה משלב.ת לפחות שלוש מילים מהרשימה במשפטים הגיוניים על החג, תוך הבנת משמעותן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תקווה למשהו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החג מתאפיין בחגיגה משותפת של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בתפזורת ואז לעבור לדף התרגול כדי לחזק את המילים שנמצאו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להסביר במילים שלהם את המשמעות לפני המעבר לתרגילים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להוסיף דיון קצר על חשיבות המילים בהקשר החגיגה המשותפת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בתפזורת של חג הסיגד מופיעות מילים שמתארות את הרגשות והמנהגים של החג, כמו תקווה, עלייה ושמחה. בדף הזה נתרגל את המשמעות של המילים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ארוחה  ·  מקווים  ·  נוף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המילה 'לקוות'?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להאמין שמשהו טוב יקרה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המילה 'לעלות' בהקשר של עם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לרדת 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לעלות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לעלות על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זה 'ארוחה'?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מקום לטייל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זמן שאוכלים בו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'תשובה' קשורה לשאלה שנשאלת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'טיילת' היא שם של סוג 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בחג הסיגד המשפחה אוכלת __________ חגיגית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כשמסתכלים מההר רואים __________ יפה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אנחנו __________ שהשנה הבאה תהיה טובה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לקוות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להגיע לארץ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לעלות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להאמין שמשהו טוב יקרה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ארוחה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שרואים מהגובה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זמן אכילה משותף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שלושה-ארבעה משפטים על חג הסיגד, והשתמשו בלפחות שלוש מילים מהתפזורת (למשל: יחד, לשמוח, ארוחה, נוף)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המשמעות של המילה 'לקוות'?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שקשורה לאוכל בחג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מחג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