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בהקשר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להאמין שמשהו טוב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לעלות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זמן שאוכלים בו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שרואים מסביב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ביחד עם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תשובה היא מה שעונים על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טיילת הוא מקום שהולכים בו לטייל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 מדגיש אחדות וחגיגה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לקוות זו תקווה, לא כעס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אמהרית היא אחת השפות המדוברות באתיופיה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(להאמין שמשהו טוב 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(להגיע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(זמן אכילה משותף)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(מה שרואים מהגובה)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(כולם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(שפה מאתיופיה)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משלב.ת לפחות שלוש מילים מהרשימה במשפטים הגיוניים על החג, תוך הבנת משמעותן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תקווה למשהו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החג מתאפיין בחגיגה משותפת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בתפזורת ואז לעבור לדף התרגול כדי לחזק את המילים שנמצאו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במילים שלהם את המשמעות לפני המעבר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להוסיף דיון קצר על חשיבות המילים בהקשר החגיגה המשותפת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הסיגד יש מילים מיוחדות. בדף הזה נלמד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שמשהו טוב 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לעלות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לעלות לארץ ישראל, או לעלות למקום גבוה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לשמוח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שמחה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ביחד, כולם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שאוכלים בו אוכל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שרואים כשמסתכלים מסביב, כמו הרים או נחל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שעונים על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שהולכים בו לטייל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'לקוות'?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להאמין שמשהו טוב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'לעלות'?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לרדת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לעלות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לעלות על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הרגשה טובה ושמחה?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'ארוחה'?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לטייל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שאוכלים בו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'נוף'?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שרואים מסביב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'יחד'?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ביחד עם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'תשובה' קשורה לשאלה שנשאלת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'טיילת' היא שם של סוג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לחגוג יחד עם בני המשפחה והקהילה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'לקוות' מתארת פעולה של כעס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אמהרית היא שפה שמדברים בה יוצאי אתיופיה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המשפחה אוכלת __________ חגיגית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כשמסתכלים מההר רואים __________ יפה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__________ שהשנה הבאה תהיה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 החג העם רוצה ל__________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התפילה כולם __________ ורוקדים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בערב אפשר ללכת ל__________ ליד הים או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לקוות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אכילה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כולם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להגיע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מאתיופיה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להאמין שמשהו טוב 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שרואים מהגובה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שלושה-ארבעה משפטים על חג הסיגד, והשתמשו בלפחות שלוש מילים מהתפזורת (למשל: יחד, לשמוח, ארוחה, נוף)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'לקוות'?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שקשורה לאוכל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המילה 'יחד' חשובה בחג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